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Sender ID Authorization Letter Template</w:t>
      </w:r>
    </w:p>
    <w:p>
      <w:r>
        <w:rPr>
          <w:b/>
        </w:rPr>
        <w:t xml:space="preserve">Date: </w:t>
      </w:r>
      <w:r>
        <w:t>____________________</w:t>
        <w:br/>
        <w:br/>
      </w:r>
    </w:p>
    <w:p>
      <w:r>
        <w:t>To:</w:t>
        <w:br/>
        <w:t>BlueSMS Uganda</w:t>
        <w:br/>
        <w:br/>
        <w:t>Subject: Authorization for Sender ID Registration</w:t>
      </w:r>
    </w:p>
    <w:p>
      <w:r>
        <w:t>We, ________________________________ (Company Name), hereby authorize BlueSMS Uganda to register and manage the following Sender ID(s) on our behalf.</w:t>
        <w:br/>
        <w:br/>
        <w:t>Preferred Sender ID(s):</w:t>
        <w:br/>
        <w:t>1. ______________________</w:t>
        <w:br/>
        <w:t>2. ______________________</w:t>
        <w:br/>
        <w:br/>
        <w:t>The Sender ID(s) will be used exclusively for our organization's official communications.</w:t>
        <w:br/>
        <w:br/>
        <w:t>Company Details</w:t>
        <w:br/>
        <w:t>• Company Name: ______________________</w:t>
        <w:br/>
        <w:t>• Registration Number: ______________________</w:t>
        <w:br/>
        <w:t>• TIN: ______________________</w:t>
        <w:br/>
        <w:t>• Contact Person: ______________________</w:t>
        <w:br/>
        <w:t>• Telephone: ______________________</w:t>
        <w:br/>
        <w:t>• Email: ______________________</w:t>
        <w:br/>
        <w:br/>
        <w:t>We confirm that the information provided is accurate and that we accept responsibility for all messages sent using the approved Sender ID(s).</w:t>
        <w:br/>
        <w:br/>
        <w:t>Authorized Signatory</w:t>
        <w:br/>
        <w:br/>
        <w:t>Name: ______________________</w:t>
        <w:br/>
        <w:t>Title: ______________________</w:t>
        <w:br/>
        <w:t>Signature: ______________________</w:t>
        <w:br/>
        <w:t>Company Stamp</w:t>
        <w:br/>
      </w:r>
    </w:p>
    <w:p>
      <w:r>
        <w:t>Attachments (where applicable):</w:t>
        <w:br/>
        <w:t>• Certificate of Incorporation/Business Registration</w:t>
        <w:br/>
        <w:t>• Trading Licence</w:t>
        <w:br/>
        <w:t>• TIN Certificate</w:t>
        <w:br/>
        <w:t>• Sample SMS Content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